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Agriculture et agrosystemes cerealiers en algerie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Belgat Saci/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9789931825876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