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biochimie et chimie aliment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retche-Kelfat Sora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8258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