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Formulation alimentaire et analyse sensorielle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Akretche-Kelfat Soraya/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Itineraires Scientifiques/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9789931825845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