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Morpho-logique et pratiques des Gsur des monts des Ksour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Mustapha Ameur Djeradi/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