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dactique des sc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houche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82592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