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الرياضيات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شقيري نوري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9789957064686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