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مصطلحات ادارة المعلومات وادارة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مفتاح محمد دياب/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9789957593827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