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المنمنمات العربية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صفا لطفي الالوسي/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9789957593797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