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التحريرية في الولاية الرابعة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