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الحركة الكشفية في الحركة الوطنية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عبدالرحمان تونسي/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9789947351277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