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الجرائم الفرنسية : شهادات واعترافات اكبر قادة وضباط فرنسا وخبرائها العاملين في الجزائر خلال الفترة 1830-1871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9789931390039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