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المعركة الدبلوماسية للثورة الجزائرية : جهود الوفد الخارجي ( 1954-1958 ) 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بوضربة/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عيلان للطبع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9789931992806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