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حزب الشعب الجزائري ودوره في الحركة الوطنية 1937-1939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بكار العايش/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9789947602966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