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السياسة الاسلامية الفرنسيةفي الجزائر 1870-1914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حميد قريتلي/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كنوز الحكمة/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9789947602959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