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الاستعمار الفرنسي في الجزائر من خلال شهادات واعترافات اكبر قادة وضباط فرنسا وخبرائها 1830-1871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9789947351284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