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الدبلوماسية الامريكية في شمال افريقيا 1776-1817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تابليت/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9789931993735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