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عيات والنوادي الثقافية في مدينة الجزائر 193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09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