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تاريخ الجزائر الاستعماري الفرنسي وردود افعال المقاومة الوطنية 1818-1914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9789947602928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