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سار الثورة الجزائر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بدعون للإعلام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633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