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التحاد العام للعمال الجزائريين UGTA )   1956 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9789931993704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