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latex en 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Damak Feriel/ Bezzag amira/ Rouibah Khaoula(Présidente),Mehazzem Allal(Rapporteur),Challouf Yassamine(Examinatrice)/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cd rom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51055511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