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التداوليات وتحليل الخطاب : بحوث محكمة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حافظ اسماعيلي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9789957742935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