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لم المعاند وقصص اخ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ليش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485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