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التطوير التنظيمي والاداري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بلال خلف السكارنة/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9789957065140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