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de plusieurs variables réelles : limites , continuité , différentiabilité et .....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9789961020715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