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سوسيولوجيا المنظمات : دراسات نظرية وتطبيقية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ناصر قاسيمي/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9789961016855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