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العجائبية في رحلة السيرافي حسن بن يزيد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خريف إبتسام/ بن ساري مسعود(مشرفا)/ طباخ أمينة/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85ص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Littérature arabe ancienne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800442711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العجائبية في رحلة السيرافي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