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التعليمي في فكر الطاهر بن عاشور قراءة في التحرير والتنوير- نماذج من قصار السور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كبابي جنات/ طيوان خولة/ كروس خولة/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المنهج التعليمي في فكر الطاهر بن عاشور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