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رواية شجرة مريم"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بوحلي، إلهام/ طويل ،كوثر/ بشان نسيمة/ شيدخ أمال(مشرفا)/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الحقول الداللية في رواية ''شجرة مريم''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