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رائحة الذئب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بوسكين حميدة/ غديرة أصيلة/ شيدخ أمال(مشرفا)/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البنية السردية في رواية '' رائحة الذئب''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البنية, السرد, البنية السردية, الرواية/ البنية, السرد, البنية السردية, الرواية/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