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للتدريس ودوره في تيسير تعليم القواعد النحوية للسنة الخامسة من التعليم الابتدائي –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سالمي إخلاص/ مريزق لبنى/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التخطيط للتدريس ودوره في تسيير تعليم القواعد النحوية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