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التعليمي عند ابن أب المزمري التواتي 1160ه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بري، بشرى/ بخوش شهيناز/ بوعبيبسة دلال/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النحو التعليمي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