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المجموعة القصصية :أطياف شهرزاد -دراسة تداولية-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عمارية، أسماء/ العايب إكرام/ زعبال، ميساء/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الإشاريات في المجموعة القصصية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