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محتويات المحفظة المدرسية وتأثيرها في الحصيلة اللغوية لدى المتعلم لتلاميذ ابتدائية الشهيد محمد بن ناصر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غوالي فاطيمة الزهراء/ بريكة مريم/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محتويات المحفظة المدرسية وتأثيرها في الحصيلة اللغوية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