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قصدية الفصل والوصل مفتاح العلوم للسكاكي -أنموذجا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أفريد خولة/ بولقصب بسمة/ بوخالفة شمس/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قصدية الفصل والوصل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