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السرد في رواية" جائزة التوأم" لـــ ميسلون هادي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يوسف حنان/ العشي أشواق/ حمدي، مفيدة/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السرد في رواية '' جائزة التوأم 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