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تجليات القدر لليندا ديب الأعرج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بوخالفة أحلام/ عياشي آية/ سخان شروق/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البنية السردية في رواية  '' تجليات القدر''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