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الصورة الفنتازية في رواية سلالم ترولار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الصغير زين الدين/ بلعطار سيف الدين/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سيميائية الصورة الفنتازية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