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دعاء الشخصيات التاريخية في رواية " برج شهرزاد " لزكية علال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يملي سف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شخصيات التاريخية في رواية شهرزا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