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المثقف والسلطة في رواية "يا صاحبي السجن" لأيمن العتوم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بوحفص كوثر/ دراحي شيماء/ قارة تقوى/ سعيود فوزية(مشرفا)/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المثقف والسلطة في رواية "يا صاحبي السجن"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