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مالية على تحقيق رضا العملاء: دراسة عينة من عملاء مؤسسة بريد الجزائر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يموش مسعودة/ غضبان أسماء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8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