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" الاعمال التجارية - التاجر - المحل التجاري"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برني كريمة/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9789931088882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