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اتفاقيات المسؤولية المدنية صورها واحكامها القانونية : دراسة مقارنة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أحمد حلمي رضوان/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القومي للاصدارات القانونية/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9789777614061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