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اختصاص البرلمان ذات الاثر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تركي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9789777299121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