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الاستثمار الرياضي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باسم شحاتة على البربري/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9789777299169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