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المصرفي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فائق محمود الشماع/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9789923150337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