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التامين المصرفي الاسلامي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سهيلة بارة/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