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امين التكافلي اسس الادارة المالية وفق الضوابط الشر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واطف مط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0877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 (330)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