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الجغرافيا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يحي عيسى الفرحان/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9789774770517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