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كز الأبحاث في صنع السياسة العامة في الولايات المتحدة الامري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ريوات انت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83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